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ZarzadzanieNajmem.pl</w:t>
      </w:r>
    </w:p>
    <w:p>
      <w:r>
        <w:t>Materiały dla mediów. Aktualizacja 10 października 2026.</w:t>
      </w:r>
    </w:p>
    <w:p>
      <w:pPr>
        <w:pStyle w:val="Heading1"/>
      </w:pPr>
      <w:r>
        <w:t>Krótki opis firmy</w:t>
      </w:r>
    </w:p>
    <w:p>
      <w:r>
        <w:t>ZarzadzanieNajmem.pl łączy pomoc w wyborze i zakupie mieszkań inwestycyjnych z ich późniejszym zarządzaniem. Firma Sonii Garbowskiej działa w Katowicach i okolicy, współpracując z inwestorami z całej Polski. Jej doświadczenie obejmuje analizę opłacalności zakupu, przygotowanie mieszkania do wynajmu i analizę kosztów prowadzenia najmu.</w:t>
      </w:r>
    </w:p>
    <w:p>
      <w:pPr>
        <w:pStyle w:val="Heading1"/>
      </w:pPr>
      <w:r>
        <w:t>Pełny opis firmy</w:t>
      </w:r>
    </w:p>
    <w:p>
      <w:r>
        <w:t>ZarzadzanieNajmem.pl to firma Sonii Garbowskiej, która łączy pomoc w inwestowaniu w mieszkania na wynajem z ich późniejszą obsługą. Działa w Katowicach i sąsiednich miastach, współpracując z inwestorami z całej Polski.</w:t>
      </w:r>
    </w:p>
    <w:p>
      <w:r>
        <w:t>Przed zakupem pomaga ocenić możliwy dochód z nieruchomości w relacji do jej ceny. W analizie uwzględnia nakłady na przygotowanie i koszty dalszego utrzymania. Porównuje scenariusze zakupu, remontu, wynajmu i sprzedaży. Po zakupie przygotowuje mieszkanie i prowadzi najem, dzięki czemu może zestawiać założenia inwestycyjne z rzeczywistymi wpływami i wydatkami.</w:t>
      </w:r>
    </w:p>
    <w:p>
      <w:r>
        <w:t>Sonia Garbowska jest dostępna dla redakcji jako ekspertka komentująca opłacalność najmu, wybór mieszkań inwestycyjnych oraz wpływ kosztów utrzymania i oczekiwań najemców na wynik inwestycji. Łączy perspektywę inwestora z wiedzą o potrzebach najemców. Punktem odniesienia jest jej praktyka na rynku Katowic i okolic.</w:t>
      </w:r>
    </w:p>
    <w:p>
      <w:pPr>
        <w:pStyle w:val="Heading1"/>
      </w:pPr>
      <w:r>
        <w:t>Krótki biogram Sonii Garbowskiej</w:t>
      </w:r>
    </w:p>
    <w:p>
      <w:r>
        <w:t>Sonia Garbowska, ekspertka rynku najmu i inwestowania w mieszkania na wynajem. Od 2019 roku zajmuje się najmem. Prowadzi ZarzadzanieNajmem.pl. Pomaga inwestorom oceniać opłacalność zakupu oraz wybierać mieszkania pod wynajem. Komentuje rentowność inwestycji i trendy mieszkaniowe z perspektywy praktyki w Katowicach i okolicy.</w:t>
      </w:r>
    </w:p>
    <w:p>
      <w:pPr>
        <w:pStyle w:val="Heading1"/>
      </w:pPr>
      <w:r>
        <w:t>Rozszerzony biogram Sonii Garbowskiej</w:t>
      </w:r>
    </w:p>
    <w:p>
      <w:r>
        <w:t>Sonia Garbowska jest ekspertką rynku najmu i inwestowania w mieszkania na wynajem. Prowadzi ZarzadzanieNajmem.pl, łącząc pomoc w wyborze i zakupie nieruchomości z jej późniejszym zarządzaniem. Od 2019 roku zajmuje się najmem w Katowicach i okolicy. Współpracuje z inwestorami z całej Polski.</w:t>
      </w:r>
    </w:p>
    <w:p>
      <w:r>
        <w:t>Jej specjalizacją jest ocena potencjału mieszkania inwestycyjnego. Analizuje relację między ceną zakupu a możliwym czynszem. Uwzględnia koszty przygotowania i utrzymania oraz dopasowanie lokalu do popytu. Porównuje scenariusze zakupu, remontu, wynajmu i sprzedaży. Prowadzenie najmu po zakupie daje jej również perspektywę kosztów i potrzeb najemców.</w:t>
      </w:r>
    </w:p>
    <w:p>
      <w:r>
        <w:t>Dla mediów może komentować opłacalność najmu, wybór mieszkania inwestycyjnego oraz wpływ remontu i standardu na wynik właściciela. Wyjaśnia, jak pustostany, koszty utrzymania i oczekiwania najemców wpływają na decyzje inwestycyjne. Tematy podejmowane przez media ogólnopolskie omawia z perspektywy praktyki w Katowicach i okolicy.</w:t>
      </w:r>
    </w:p>
    <w:p>
      <w:pPr>
        <w:pStyle w:val="Heading1"/>
      </w:pPr>
      <w:r>
        <w:t>Tematy komentarzy</w:t>
      </w:r>
    </w:p>
    <w:p>
      <w:r>
        <w:t>Sonia Garbowska może komentować opłacalność najmu, wybór mieszkań inwestycyjnych i przygotowanie ich do wynajmu. Łączy perspektywę właściciela z wiedzą o kosztach prowadzenia najmu i oczekiwaniach najemców. Jest dostępna dla redakcji ogólnopolskich i lokalnych.</w:t>
      </w:r>
    </w:p>
    <w:p>
      <w:pPr>
        <w:pStyle w:val="Heading1"/>
      </w:pPr>
      <w:r>
        <w:t>Rentowność najmu i ROI</w:t>
      </w:r>
    </w:p>
    <w:p>
      <w:r>
        <w:t>Ocena opłacalności inwestowania w mieszkania, od przychodu z najmu do rzeczywistego zwrotu z zaangażowanego kapitału. Znaczenie kosztów utrzymania i pustostanów oraz różnica między dochodem z najmu a wzrostem wartości nieruchomości.</w:t>
      </w:r>
    </w:p>
    <w:p>
      <w:pPr>
        <w:pStyle w:val="Heading1"/>
      </w:pPr>
      <w:r>
        <w:t>Wybór mieszkań inwestycyjnych</w:t>
      </w:r>
    </w:p>
    <w:p>
      <w:r>
        <w:t>Ocena potencjału mieszkania na wynajem na podstawie ceny zakupu i przyszłego popytu. Znaczenie lokalizacji oraz dopasowania układu i standardu do oczekiwań najemców. Porównywanie rynku pierwotnego i wtórnego oraz dopasowanie nieruchomości do celu inwestora.</w:t>
      </w:r>
    </w:p>
    <w:p>
      <w:pPr>
        <w:pStyle w:val="Heading1"/>
      </w:pPr>
      <w:r>
        <w:t>Koszty, remonty i wartość nieruchomości</w:t>
      </w:r>
    </w:p>
    <w:p>
      <w:r>
        <w:t>Wpływ kosztów utrzymania, wykończenia i modernizacji na wynik inwestycji. Równowaga między wydatkami na standard mieszkania, oczekiwaniami najemców i możliwością uzyskania wyższego czynszu.</w:t>
      </w:r>
    </w:p>
    <w:p>
      <w:pPr>
        <w:pStyle w:val="Heading1"/>
      </w:pPr>
      <w:r>
        <w:t>Zmieniające się potrzeby najemców</w:t>
      </w:r>
    </w:p>
    <w:p>
      <w:r>
        <w:t>Najem jako wybór na różnych etapach życia. Znaczenie mobilności zawodowej oraz potrzeb samodzielności i stabilizacji. Wpływ stylu życia, pracy z domu i dostępności usług na atrakcyjność mieszkań oraz decyzje inwestorów.</w:t>
      </w:r>
    </w:p>
    <w:p>
      <w:pPr>
        <w:pStyle w:val="Heading1"/>
      </w:pPr>
      <w:r>
        <w:t>Rynek najmu w Katowicach i okolicy</w:t>
      </w:r>
    </w:p>
    <w:p>
      <w:r>
        <w:t>Lokalne warunki wynajmu oraz ich znaczenie dla opłacalności zakupu mieszkania. Różnice między lokalizacjami, oczekiwania najemców i koszty utrzymania. Praktyka z Katowic i okolicy jako punkt odniesienia do rozmowy o inwestowaniu poza miejscem zamieszkania.</w:t>
      </w:r>
    </w:p>
    <w:p>
      <w:pPr>
        <w:pStyle w:val="Heading1"/>
      </w:pPr>
      <w:r>
        <w:t>Zasady wykorzystania zdjęć</w:t>
      </w:r>
    </w:p>
    <w:p>
      <w:r>
        <w:t>Creative Commons Uznanie autorstwa 4.0 Międzynarodowa (CC BY 4.0).</w:t>
      </w:r>
    </w:p>
    <w:p>
      <w:r>
        <w:t>Licencja obejmuje wyłącznie trzy portrety Sonii Garbowskiej i siedem zdjęć Katowic wymienionych w tym pakiecie. Nie obejmuje pozostałych materiałów na stronie.</w:t>
      </w:r>
    </w:p>
    <w:p>
      <w:r>
        <w:t>Zdjęcia można kopiować, rozpowszechniać i adaptować, również komercyjnie, zgodnie z warunkami licencji.</w:t>
      </w:r>
    </w:p>
    <w:p>
      <w:r>
        <w:t>Przy wykorzystaniu zachowaj oznaczenie: Materiały ZarzadzanieNajmem.pl. Podaj licencję wraz z odnośnikiem i zachowaj odnośnik do źródła, o ile jest to racjonalnie wykonalne w danym medium. Jeśli zdjęcie zmieniono, zaznacz to.</w:t>
      </w:r>
    </w:p>
    <w:p>
      <w:r>
        <w:t>Źródło zdjęć: https://zarzadzanienajmem.pl/dla-mediow/</w:t>
      </w:r>
    </w:p>
    <w:p>
      <w:r>
        <w:t>Opis licencji: https://creativecommons.org/licenses/by/4.0/deed.pl</w:t>
      </w:r>
    </w:p>
    <w:p>
      <w:r>
        <w:t>Pełny tekst licencji: https://creativecommons.org/licenses/by/4.0/legalcode.pl</w:t>
      </w:r>
    </w:p>
    <w:p>
      <w:r>
        <w:t>Przykładowe oznaczenie: Materiały ZarzadzanieNajmem.pl / CC BY 4.0; źródło: https://zarzadzanienajmem.pl/dla-mediow/; licencja: https://creativecommons.org/licenses/by/4.0/ (po zmianie zdjęcia dodaj opis zmian).</w:t>
      </w:r>
    </w:p>
    <w:p>
      <w:r>
        <w:t>Nie wymagamy atrybutu dofollow ani określonego atrybutu rel odnośnika. Licencja nie oznacza poparcia dla publikacji przez Sonię Garbowską lub ZarzadzanieNajmem.pl.</w:t>
      </w:r>
    </w:p>
    <w:p>
      <w:r>
        <w:t>Praw udzielonych na tej licencji nie można odwołać wobec osoby przestrzegającej jej warunków.</w:t>
      </w:r>
    </w:p>
    <w:p>
      <w:pPr>
        <w:pStyle w:val="Heading1"/>
      </w:pPr>
      <w:r>
        <w:t>Kontakt dla redakcji</w:t>
      </w:r>
    </w:p>
    <w:p>
      <w:r>
        <w:t>Sonia Garbowska</w:t>
      </w:r>
    </w:p>
    <w:p>
      <w:r>
        <w:t>biuro@zarzadzanienajmem.pl</w:t>
      </w:r>
    </w:p>
    <w:p>
      <w:r>
        <w:t>+48 530 630 090</w:t>
      </w:r>
    </w:p>
    <w:p>
      <w:r>
        <w:t>https://zarzadzanienajmem.pl/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Materiały dla mediów | ZarzadzanieNajmem.pl</dc:title>
  <dc:subject/>
  <dc:creator>ZarzadzanieNajmem.pl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